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A8ADE" w14:textId="77777777" w:rsidR="001F4FDD" w:rsidRPr="00455D11" w:rsidRDefault="00000000">
      <w:pPr>
        <w:jc w:val="center"/>
        <w:rPr>
          <w:sz w:val="28"/>
          <w:szCs w:val="28"/>
        </w:rPr>
      </w:pPr>
      <w:r w:rsidRPr="00455D11">
        <w:rPr>
          <w:b/>
          <w:sz w:val="28"/>
          <w:szCs w:val="28"/>
        </w:rPr>
        <w:t>Mid Penn Motion Foul Shot Competition &amp; Fundraiser</w:t>
      </w:r>
    </w:p>
    <w:p w14:paraId="7E2E31CD" w14:textId="77777777" w:rsidR="001F4FDD" w:rsidRDefault="001F4FDD"/>
    <w:p w14:paraId="4D397D6F" w14:textId="77777777" w:rsidR="001F4FDD" w:rsidRPr="00455D11" w:rsidRDefault="00000000">
      <w:pPr>
        <w:pStyle w:val="Heading2"/>
        <w:rPr>
          <w:sz w:val="24"/>
          <w:szCs w:val="24"/>
        </w:rPr>
      </w:pPr>
      <w:r w:rsidRPr="00455D11">
        <w:rPr>
          <w:sz w:val="24"/>
          <w:szCs w:val="24"/>
        </w:rPr>
        <w:t>Player Information</w:t>
      </w:r>
    </w:p>
    <w:p w14:paraId="318DDDD2" w14:textId="77777777" w:rsidR="001F4FDD" w:rsidRPr="00455D11" w:rsidRDefault="00000000">
      <w:r w:rsidRPr="00455D11">
        <w:rPr>
          <w:b/>
        </w:rPr>
        <w:t xml:space="preserve">Player Name: </w:t>
      </w:r>
      <w:r w:rsidRPr="00455D11">
        <w:t>____________________________________________________________</w:t>
      </w:r>
    </w:p>
    <w:p w14:paraId="2A839A9B" w14:textId="614F8E9E" w:rsidR="001F4FDD" w:rsidRPr="00455D11" w:rsidRDefault="00455D11">
      <w:r>
        <w:rPr>
          <w:b/>
        </w:rPr>
        <w:t>Coach</w:t>
      </w:r>
      <w:r w:rsidR="00000000" w:rsidRPr="00455D11">
        <w:rPr>
          <w:b/>
        </w:rPr>
        <w:t xml:space="preserve">: </w:t>
      </w:r>
      <w:r w:rsidR="00000000" w:rsidRPr="00455D11">
        <w:t>____________________________________________________________</w:t>
      </w:r>
    </w:p>
    <w:p w14:paraId="35C0FA36" w14:textId="4D3B16DE" w:rsidR="001F4FDD" w:rsidRDefault="00000000">
      <w:r w:rsidRPr="00455D11">
        <w:rPr>
          <w:b/>
        </w:rPr>
        <w:t xml:space="preserve">Division (Circle One): Elementary (4–6)   Middle School (7–8)   High School (9–11) </w:t>
      </w:r>
    </w:p>
    <w:p w14:paraId="474BBD63" w14:textId="77777777" w:rsidR="001F4FDD" w:rsidRPr="00455D11" w:rsidRDefault="00000000">
      <w:pPr>
        <w:pStyle w:val="Heading2"/>
        <w:rPr>
          <w:sz w:val="24"/>
          <w:szCs w:val="24"/>
        </w:rPr>
      </w:pPr>
      <w:r w:rsidRPr="00455D11">
        <w:rPr>
          <w:sz w:val="24"/>
          <w:szCs w:val="24"/>
        </w:rPr>
        <w:t>Sponsor Pledge Tracking</w:t>
      </w:r>
    </w:p>
    <w:p w14:paraId="3FAD5BA7" w14:textId="77777777" w:rsidR="001F4FDD" w:rsidRPr="00455D11" w:rsidRDefault="00000000">
      <w:r w:rsidRPr="00455D11">
        <w:rPr>
          <w:b/>
        </w:rPr>
        <w:t xml:space="preserve">Sponsor 1: </w:t>
      </w:r>
      <w:r w:rsidRPr="00455D11">
        <w:t>____________________________________________________________</w:t>
      </w:r>
    </w:p>
    <w:p w14:paraId="78A1E397" w14:textId="77777777" w:rsidR="001F4FDD" w:rsidRPr="00455D11" w:rsidRDefault="00000000">
      <w:r w:rsidRPr="00455D11">
        <w:t>Pledge Type ($/Shot or Flat): ______________________    Amount: ______________________</w:t>
      </w:r>
    </w:p>
    <w:p w14:paraId="75A51475" w14:textId="77777777" w:rsidR="001F4FDD" w:rsidRPr="00455D11" w:rsidRDefault="00000000">
      <w:r w:rsidRPr="00455D11">
        <w:rPr>
          <w:b/>
        </w:rPr>
        <w:t xml:space="preserve">Sponsor 2: </w:t>
      </w:r>
      <w:r w:rsidRPr="00455D11">
        <w:t>____________________________________________________________</w:t>
      </w:r>
    </w:p>
    <w:p w14:paraId="590ECF67" w14:textId="77777777" w:rsidR="001F4FDD" w:rsidRPr="00455D11" w:rsidRDefault="00000000">
      <w:r w:rsidRPr="00455D11">
        <w:t>Pledge Type ($/Shot or Flat): ______________________    Amount: ______________________</w:t>
      </w:r>
    </w:p>
    <w:p w14:paraId="283788D9" w14:textId="77777777" w:rsidR="001F4FDD" w:rsidRPr="00455D11" w:rsidRDefault="00000000">
      <w:r w:rsidRPr="00455D11">
        <w:rPr>
          <w:b/>
        </w:rPr>
        <w:t xml:space="preserve">Sponsor 3: </w:t>
      </w:r>
      <w:r w:rsidRPr="00455D11">
        <w:t>____________________________________________________________</w:t>
      </w:r>
    </w:p>
    <w:p w14:paraId="7589ABEB" w14:textId="77777777" w:rsidR="001F4FDD" w:rsidRPr="00455D11" w:rsidRDefault="00000000">
      <w:r w:rsidRPr="00455D11">
        <w:t>Pledge Type ($/Shot or Flat): ______________________    Amount: ______________________</w:t>
      </w:r>
    </w:p>
    <w:p w14:paraId="3D955453" w14:textId="77777777" w:rsidR="001F4FDD" w:rsidRPr="00455D11" w:rsidRDefault="00000000">
      <w:r w:rsidRPr="00455D11">
        <w:rPr>
          <w:b/>
        </w:rPr>
        <w:t xml:space="preserve">Sponsor 4: </w:t>
      </w:r>
      <w:r w:rsidRPr="00455D11">
        <w:t>____________________________________________________________</w:t>
      </w:r>
    </w:p>
    <w:p w14:paraId="24D0DB08" w14:textId="77777777" w:rsidR="001F4FDD" w:rsidRPr="00455D11" w:rsidRDefault="00000000">
      <w:r w:rsidRPr="00455D11">
        <w:t>Pledge Type ($/Shot or Flat): ______________________    Amount: ______________________</w:t>
      </w:r>
    </w:p>
    <w:p w14:paraId="7B6F8470" w14:textId="77777777" w:rsidR="001F4FDD" w:rsidRPr="00455D11" w:rsidRDefault="00000000">
      <w:r w:rsidRPr="00455D11">
        <w:rPr>
          <w:b/>
        </w:rPr>
        <w:t xml:space="preserve">Sponsor 5: </w:t>
      </w:r>
      <w:r w:rsidRPr="00455D11">
        <w:t>____________________________________________________________</w:t>
      </w:r>
    </w:p>
    <w:p w14:paraId="0038C848" w14:textId="77777777" w:rsidR="001F4FDD" w:rsidRPr="00455D11" w:rsidRDefault="00000000">
      <w:r w:rsidRPr="00455D11">
        <w:t>Pledge Type ($/Shot or Flat): ______________________    Amount: ______________________</w:t>
      </w:r>
    </w:p>
    <w:p w14:paraId="1D6834EB" w14:textId="77777777" w:rsidR="001F4FDD" w:rsidRPr="00455D11" w:rsidRDefault="00000000">
      <w:r w:rsidRPr="00455D11">
        <w:rPr>
          <w:b/>
        </w:rPr>
        <w:t xml:space="preserve">Sponsor 6: </w:t>
      </w:r>
      <w:r w:rsidRPr="00455D11">
        <w:t>____________________________________________________________</w:t>
      </w:r>
    </w:p>
    <w:p w14:paraId="41C2EF25" w14:textId="77777777" w:rsidR="001F4FDD" w:rsidRPr="00455D11" w:rsidRDefault="00000000">
      <w:r w:rsidRPr="00455D11">
        <w:t>Pledge Type ($/Shot or Flat): ______________________    Amount: ______________________</w:t>
      </w:r>
    </w:p>
    <w:p w14:paraId="6E5D2326" w14:textId="77777777" w:rsidR="001F4FDD" w:rsidRPr="00455D11" w:rsidRDefault="00000000">
      <w:r w:rsidRPr="00455D11">
        <w:rPr>
          <w:b/>
        </w:rPr>
        <w:t xml:space="preserve">Sponsor 7: </w:t>
      </w:r>
      <w:r w:rsidRPr="00455D11">
        <w:t>____________________________________________________________</w:t>
      </w:r>
    </w:p>
    <w:p w14:paraId="061A584D" w14:textId="77777777" w:rsidR="001F4FDD" w:rsidRPr="00455D11" w:rsidRDefault="00000000">
      <w:r w:rsidRPr="00455D11">
        <w:t>Pledge Type ($/Shot or Flat): ______________________    Amount: ______________________</w:t>
      </w:r>
    </w:p>
    <w:p w14:paraId="3BBA403D" w14:textId="77777777" w:rsidR="001F4FDD" w:rsidRPr="00455D11" w:rsidRDefault="00000000">
      <w:r w:rsidRPr="00455D11">
        <w:rPr>
          <w:b/>
        </w:rPr>
        <w:t xml:space="preserve">Sponsor 8: </w:t>
      </w:r>
      <w:r w:rsidRPr="00455D11">
        <w:t>____________________________________________________________</w:t>
      </w:r>
    </w:p>
    <w:p w14:paraId="733F3BD3" w14:textId="77777777" w:rsidR="001F4FDD" w:rsidRPr="00455D11" w:rsidRDefault="00000000">
      <w:r w:rsidRPr="00455D11">
        <w:t>Pledge Type ($/Shot or Flat): ______________________    Amount: ______________________</w:t>
      </w:r>
    </w:p>
    <w:p w14:paraId="5BE6FB6C" w14:textId="77777777" w:rsidR="001F4FDD" w:rsidRPr="00455D11" w:rsidRDefault="00000000">
      <w:r w:rsidRPr="00455D11">
        <w:rPr>
          <w:b/>
        </w:rPr>
        <w:t xml:space="preserve">Sponsor 9: </w:t>
      </w:r>
      <w:r w:rsidRPr="00455D11">
        <w:t>____________________________________________________________</w:t>
      </w:r>
    </w:p>
    <w:p w14:paraId="47483C1F" w14:textId="77777777" w:rsidR="001F4FDD" w:rsidRPr="00455D11" w:rsidRDefault="00000000">
      <w:r w:rsidRPr="00455D11">
        <w:t>Pledge Type ($/Shot or Flat): ______________________    Amount: ______________________</w:t>
      </w:r>
    </w:p>
    <w:p w14:paraId="39373B97" w14:textId="77777777" w:rsidR="001F4FDD" w:rsidRPr="00455D11" w:rsidRDefault="00000000">
      <w:r w:rsidRPr="00455D11">
        <w:rPr>
          <w:b/>
        </w:rPr>
        <w:t xml:space="preserve">Sponsor 10: </w:t>
      </w:r>
      <w:r w:rsidRPr="00455D11">
        <w:t>____________________________________________________________</w:t>
      </w:r>
    </w:p>
    <w:p w14:paraId="16F5F0E4" w14:textId="77777777" w:rsidR="001F4FDD" w:rsidRPr="00455D11" w:rsidRDefault="00000000">
      <w:r w:rsidRPr="00455D11">
        <w:t>Pledge Type ($/Shot or Flat): ______________________    Amount: ______________________</w:t>
      </w:r>
    </w:p>
    <w:p w14:paraId="742716EB" w14:textId="77777777" w:rsidR="001F4FDD" w:rsidRPr="00455D11" w:rsidRDefault="001F4FDD"/>
    <w:p w14:paraId="1AA72923" w14:textId="77777777" w:rsidR="001F4FDD" w:rsidRPr="00455D11" w:rsidRDefault="00000000">
      <w:pPr>
        <w:pStyle w:val="Heading2"/>
        <w:rPr>
          <w:sz w:val="24"/>
          <w:szCs w:val="24"/>
        </w:rPr>
      </w:pPr>
      <w:r w:rsidRPr="00455D11">
        <w:rPr>
          <w:sz w:val="24"/>
          <w:szCs w:val="24"/>
        </w:rPr>
        <w:t>Foul Shot Tracking (50 Attempts)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</w:tblGrid>
      <w:tr w:rsidR="001F4FDD" w14:paraId="6511C0DD" w14:textId="77777777">
        <w:trPr>
          <w:jc w:val="center"/>
        </w:trPr>
        <w:tc>
          <w:tcPr>
            <w:tcW w:w="864" w:type="dxa"/>
          </w:tcPr>
          <w:p w14:paraId="19E1EF9F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</w:t>
            </w:r>
          </w:p>
          <w:p w14:paraId="0BB25A51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543F87B4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</w:t>
            </w:r>
          </w:p>
          <w:p w14:paraId="2445D9A9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26BBF6FF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</w:t>
            </w:r>
          </w:p>
          <w:p w14:paraId="13FF5CDF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469A8E62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</w:t>
            </w:r>
          </w:p>
          <w:p w14:paraId="3255285C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07FA1456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5</w:t>
            </w:r>
          </w:p>
          <w:p w14:paraId="1FEAE296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110368F1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6</w:t>
            </w:r>
          </w:p>
          <w:p w14:paraId="4ADD8DDD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3098267C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7</w:t>
            </w:r>
          </w:p>
          <w:p w14:paraId="58093CA9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75690286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8</w:t>
            </w:r>
          </w:p>
          <w:p w14:paraId="5892B46E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0F20D394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9</w:t>
            </w:r>
          </w:p>
          <w:p w14:paraId="796192A7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2F441238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10</w:t>
            </w:r>
          </w:p>
          <w:p w14:paraId="617BCA6E" w14:textId="77777777" w:rsidR="001F4FDD" w:rsidRDefault="00000000">
            <w:r>
              <w:br/>
            </w:r>
          </w:p>
        </w:tc>
      </w:tr>
      <w:tr w:rsidR="001F4FDD" w14:paraId="7C5CA26E" w14:textId="77777777">
        <w:trPr>
          <w:jc w:val="center"/>
        </w:trPr>
        <w:tc>
          <w:tcPr>
            <w:tcW w:w="864" w:type="dxa"/>
          </w:tcPr>
          <w:p w14:paraId="7520D57E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11</w:t>
            </w:r>
          </w:p>
          <w:p w14:paraId="07AB429B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5026E34A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12</w:t>
            </w:r>
          </w:p>
          <w:p w14:paraId="7EEA6373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00F61D41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13</w:t>
            </w:r>
          </w:p>
          <w:p w14:paraId="7CCCFE6E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5F49CE87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14</w:t>
            </w:r>
          </w:p>
          <w:p w14:paraId="2D84ED22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5F89EDE4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15</w:t>
            </w:r>
          </w:p>
          <w:p w14:paraId="49783B0A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247DC819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16</w:t>
            </w:r>
          </w:p>
          <w:p w14:paraId="08723C47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217F376D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17</w:t>
            </w:r>
          </w:p>
          <w:p w14:paraId="287E1CF4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092973A4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18</w:t>
            </w:r>
          </w:p>
          <w:p w14:paraId="16461A7F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1A732B4B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19</w:t>
            </w:r>
          </w:p>
          <w:p w14:paraId="4F5095B7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618C7388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20</w:t>
            </w:r>
          </w:p>
          <w:p w14:paraId="64391161" w14:textId="77777777" w:rsidR="001F4FDD" w:rsidRDefault="00000000">
            <w:r>
              <w:br/>
            </w:r>
          </w:p>
        </w:tc>
      </w:tr>
      <w:tr w:rsidR="001F4FDD" w14:paraId="593E21A4" w14:textId="77777777">
        <w:trPr>
          <w:jc w:val="center"/>
        </w:trPr>
        <w:tc>
          <w:tcPr>
            <w:tcW w:w="864" w:type="dxa"/>
          </w:tcPr>
          <w:p w14:paraId="08D06142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21</w:t>
            </w:r>
          </w:p>
          <w:p w14:paraId="3D2FC7DD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6D134D89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22</w:t>
            </w:r>
          </w:p>
          <w:p w14:paraId="18928253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479E5FE0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23</w:t>
            </w:r>
          </w:p>
          <w:p w14:paraId="21D0F748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68AB5600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24</w:t>
            </w:r>
          </w:p>
          <w:p w14:paraId="100F3DD5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33C3C336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25</w:t>
            </w:r>
          </w:p>
          <w:p w14:paraId="7824B63F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3370819A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26</w:t>
            </w:r>
          </w:p>
          <w:p w14:paraId="7E28CE61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7E824C7B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27</w:t>
            </w:r>
          </w:p>
          <w:p w14:paraId="67BD0497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59660313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28</w:t>
            </w:r>
          </w:p>
          <w:p w14:paraId="3990D129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03B4E2E5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29</w:t>
            </w:r>
          </w:p>
          <w:p w14:paraId="4D712C3B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09BAA063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30</w:t>
            </w:r>
          </w:p>
          <w:p w14:paraId="57A7BE58" w14:textId="77777777" w:rsidR="001F4FDD" w:rsidRDefault="00000000">
            <w:r>
              <w:br/>
            </w:r>
          </w:p>
        </w:tc>
      </w:tr>
      <w:tr w:rsidR="001F4FDD" w14:paraId="62140F82" w14:textId="77777777">
        <w:trPr>
          <w:jc w:val="center"/>
        </w:trPr>
        <w:tc>
          <w:tcPr>
            <w:tcW w:w="864" w:type="dxa"/>
          </w:tcPr>
          <w:p w14:paraId="3F9D6B18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31</w:t>
            </w:r>
          </w:p>
          <w:p w14:paraId="15223B62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5D4CD2E6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32</w:t>
            </w:r>
          </w:p>
          <w:p w14:paraId="6743B983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2C30CF60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33</w:t>
            </w:r>
          </w:p>
          <w:p w14:paraId="67906838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29FB1E16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34</w:t>
            </w:r>
          </w:p>
          <w:p w14:paraId="21BE017E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114C0DE7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35</w:t>
            </w:r>
          </w:p>
          <w:p w14:paraId="2DBE0334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6D8DA2C7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36</w:t>
            </w:r>
          </w:p>
          <w:p w14:paraId="6DAA91AB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43A3442F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37</w:t>
            </w:r>
          </w:p>
          <w:p w14:paraId="697B8AAD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4383F340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38</w:t>
            </w:r>
          </w:p>
          <w:p w14:paraId="3817C760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034881A6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39</w:t>
            </w:r>
          </w:p>
          <w:p w14:paraId="0FA273A2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663AB56A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40</w:t>
            </w:r>
          </w:p>
          <w:p w14:paraId="754E90C0" w14:textId="77777777" w:rsidR="001F4FDD" w:rsidRDefault="00000000">
            <w:r>
              <w:br/>
            </w:r>
          </w:p>
        </w:tc>
      </w:tr>
      <w:tr w:rsidR="001F4FDD" w14:paraId="5DDDF7B4" w14:textId="77777777">
        <w:trPr>
          <w:jc w:val="center"/>
        </w:trPr>
        <w:tc>
          <w:tcPr>
            <w:tcW w:w="864" w:type="dxa"/>
          </w:tcPr>
          <w:p w14:paraId="36A3CE83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41</w:t>
            </w:r>
          </w:p>
          <w:p w14:paraId="45363ABA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4C77C1D1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42</w:t>
            </w:r>
          </w:p>
          <w:p w14:paraId="29535D5F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7E31D54F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43</w:t>
            </w:r>
          </w:p>
          <w:p w14:paraId="58D122B2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6A2CEF30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44</w:t>
            </w:r>
          </w:p>
          <w:p w14:paraId="58E0ED30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47F821BB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45</w:t>
            </w:r>
          </w:p>
          <w:p w14:paraId="1532CDDD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59106356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46</w:t>
            </w:r>
          </w:p>
          <w:p w14:paraId="64BFC217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2B85E31E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47</w:t>
            </w:r>
          </w:p>
          <w:p w14:paraId="4A66CBEA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64A9BDED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48</w:t>
            </w:r>
          </w:p>
          <w:p w14:paraId="5EE818D8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090DF7F4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49</w:t>
            </w:r>
          </w:p>
          <w:p w14:paraId="77EE0B2D" w14:textId="77777777" w:rsidR="001F4FDD" w:rsidRDefault="00000000">
            <w:r>
              <w:br/>
            </w:r>
          </w:p>
        </w:tc>
        <w:tc>
          <w:tcPr>
            <w:tcW w:w="864" w:type="dxa"/>
          </w:tcPr>
          <w:p w14:paraId="022FBEC1" w14:textId="77777777" w:rsidR="001F4FDD" w:rsidRDefault="00000000">
            <w:pPr>
              <w:jc w:val="center"/>
            </w:pPr>
            <w:r>
              <w:rPr>
                <w:b/>
                <w:sz w:val="20"/>
              </w:rPr>
              <w:t>50</w:t>
            </w:r>
          </w:p>
          <w:p w14:paraId="7CB599E6" w14:textId="77777777" w:rsidR="001F4FDD" w:rsidRDefault="00000000">
            <w:r>
              <w:br/>
            </w:r>
          </w:p>
        </w:tc>
      </w:tr>
    </w:tbl>
    <w:p w14:paraId="27749B92" w14:textId="77777777" w:rsidR="001F4FDD" w:rsidRDefault="001F4FDD"/>
    <w:p w14:paraId="3F80E816" w14:textId="77777777" w:rsidR="001F4FDD" w:rsidRPr="00455D11" w:rsidRDefault="00000000">
      <w:pPr>
        <w:pStyle w:val="Heading2"/>
        <w:rPr>
          <w:sz w:val="24"/>
          <w:szCs w:val="24"/>
        </w:rPr>
      </w:pPr>
      <w:r w:rsidRPr="00455D11">
        <w:rPr>
          <w:sz w:val="24"/>
          <w:szCs w:val="24"/>
        </w:rPr>
        <w:t>Verification</w:t>
      </w:r>
    </w:p>
    <w:p w14:paraId="4F5468BC" w14:textId="77777777" w:rsidR="001F4FDD" w:rsidRPr="00455D11" w:rsidRDefault="00000000">
      <w:r w:rsidRPr="00455D11">
        <w:rPr>
          <w:b/>
        </w:rPr>
        <w:t xml:space="preserve">Total Shots Made: </w:t>
      </w:r>
      <w:r w:rsidRPr="00455D11">
        <w:t>____________________________________________________________</w:t>
      </w:r>
    </w:p>
    <w:p w14:paraId="3FAF902E" w14:textId="77777777" w:rsidR="00455D11" w:rsidRDefault="00455D11">
      <w:pPr>
        <w:rPr>
          <w:i/>
        </w:rPr>
      </w:pPr>
    </w:p>
    <w:p w14:paraId="3E10B373" w14:textId="36A3A9A3" w:rsidR="001F4FDD" w:rsidRPr="00455D11" w:rsidRDefault="00000000">
      <w:r w:rsidRPr="00455D11">
        <w:rPr>
          <w:i/>
        </w:rPr>
        <w:t>Suggested fundraising goal: $50 per athlete. Sponsors may pledge per made shot or a flat donation.</w:t>
      </w:r>
    </w:p>
    <w:sectPr w:rsidR="001F4FDD" w:rsidRPr="00455D1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0940853">
    <w:abstractNumId w:val="8"/>
  </w:num>
  <w:num w:numId="2" w16cid:durableId="18165002">
    <w:abstractNumId w:val="6"/>
  </w:num>
  <w:num w:numId="3" w16cid:durableId="2049408676">
    <w:abstractNumId w:val="5"/>
  </w:num>
  <w:num w:numId="4" w16cid:durableId="1656716164">
    <w:abstractNumId w:val="4"/>
  </w:num>
  <w:num w:numId="5" w16cid:durableId="1795564250">
    <w:abstractNumId w:val="7"/>
  </w:num>
  <w:num w:numId="6" w16cid:durableId="662440275">
    <w:abstractNumId w:val="3"/>
  </w:num>
  <w:num w:numId="7" w16cid:durableId="959145598">
    <w:abstractNumId w:val="2"/>
  </w:num>
  <w:num w:numId="8" w16cid:durableId="1740857802">
    <w:abstractNumId w:val="1"/>
  </w:num>
  <w:num w:numId="9" w16cid:durableId="68506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4FDD"/>
    <w:rsid w:val="0029639D"/>
    <w:rsid w:val="00326F90"/>
    <w:rsid w:val="00455D11"/>
    <w:rsid w:val="005C5E0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27DD83"/>
  <w14:defaultImageDpi w14:val="300"/>
  <w15:docId w15:val="{0F45DEDC-887D-49A8-A8EF-7F2FD14E5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Awaan Sweet</cp:lastModifiedBy>
  <cp:revision>2</cp:revision>
  <dcterms:created xsi:type="dcterms:W3CDTF">2026-02-22T19:27:00Z</dcterms:created>
  <dcterms:modified xsi:type="dcterms:W3CDTF">2026-02-22T19:27:00Z</dcterms:modified>
  <cp:category/>
</cp:coreProperties>
</file>